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7AA26" w14:textId="77777777" w:rsidR="006D1203" w:rsidRPr="00D83572" w:rsidRDefault="00F259A1">
      <w:pPr>
        <w:jc w:val="center"/>
        <w:rPr>
          <w:rFonts w:eastAsia="맑은 고딕"/>
          <w:sz w:val="18"/>
          <w:szCs w:val="20"/>
          <w:lang w:eastAsia="ko-KR"/>
        </w:rPr>
      </w:pPr>
      <w:r w:rsidRPr="00D83572">
        <w:rPr>
          <w:rFonts w:eastAsia="맑은 고딕"/>
          <w:b/>
          <w:color w:val="0056A6"/>
          <w:sz w:val="22"/>
          <w:szCs w:val="20"/>
          <w:lang w:eastAsia="ko-KR"/>
        </w:rPr>
        <w:t>호서대학교 학과 소개 영상 공모전 &lt;우리과 특! 학과 입덕전!&gt;</w:t>
      </w:r>
      <w:r w:rsidRPr="00D83572">
        <w:rPr>
          <w:rFonts w:eastAsia="맑은 고딕"/>
          <w:b/>
          <w:color w:val="0056A6"/>
          <w:sz w:val="22"/>
          <w:szCs w:val="20"/>
          <w:lang w:eastAsia="ko-KR"/>
        </w:rPr>
        <w:br/>
      </w:r>
      <w:r w:rsidRPr="00D83572">
        <w:rPr>
          <w:rFonts w:eastAsia="맑은 고딕"/>
          <w:b/>
          <w:color w:val="111111"/>
          <w:sz w:val="36"/>
          <w:szCs w:val="20"/>
          <w:lang w:eastAsia="ko-KR"/>
        </w:rPr>
        <w:t>공모전 참가 신청서</w:t>
      </w:r>
    </w:p>
    <w:p w14:paraId="516C1ADB" w14:textId="77777777" w:rsidR="006D1203" w:rsidRPr="008D5E15" w:rsidRDefault="00F259A1">
      <w:pPr>
        <w:rPr>
          <w:rFonts w:eastAsia="맑은 고딕"/>
        </w:rPr>
      </w:pPr>
      <w:r w:rsidRPr="008D5E15">
        <w:rPr>
          <w:rFonts w:eastAsia="맑은 고딕"/>
          <w:b/>
          <w:color w:val="0056A6"/>
          <w:sz w:val="24"/>
        </w:rPr>
        <w:t>1. 신청자 정보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2880"/>
        <w:gridCol w:w="1728"/>
        <w:gridCol w:w="3024"/>
      </w:tblGrid>
      <w:tr w:rsidR="006D1203" w:rsidRPr="008D5E15" w14:paraId="423761F0" w14:textId="77777777" w:rsidTr="0096791A">
        <w:trPr>
          <w:jc w:val="center"/>
        </w:trPr>
        <w:tc>
          <w:tcPr>
            <w:tcW w:w="17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0F4F8"/>
            <w:vAlign w:val="center"/>
          </w:tcPr>
          <w:p w14:paraId="3B4F2F3B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참가 구분</w:t>
            </w:r>
          </w:p>
        </w:tc>
        <w:tc>
          <w:tcPr>
            <w:tcW w:w="3024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D3C4F2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sz w:val="19"/>
              </w:rPr>
              <w:t>[  ] 개인   /   [  ] 팀</w:t>
            </w:r>
          </w:p>
        </w:tc>
      </w:tr>
      <w:tr w:rsidR="006D1203" w:rsidRPr="008D5E15" w14:paraId="7312D478" w14:textId="77777777" w:rsidTr="0096791A">
        <w:trPr>
          <w:jc w:val="center"/>
        </w:trPr>
        <w:tc>
          <w:tcPr>
            <w:tcW w:w="17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0F4F8"/>
            <w:vAlign w:val="center"/>
          </w:tcPr>
          <w:p w14:paraId="61B50ED9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대표자 성명</w:t>
            </w:r>
          </w:p>
        </w:tc>
        <w:tc>
          <w:tcPr>
            <w:tcW w:w="2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0792CA" w14:textId="77777777" w:rsidR="006D1203" w:rsidRPr="008D5E15" w:rsidRDefault="006D1203" w:rsidP="0096791A">
            <w:pPr>
              <w:jc w:val="center"/>
              <w:rPr>
                <w:rFonts w:eastAsia="맑은 고딕"/>
              </w:rPr>
            </w:pPr>
          </w:p>
        </w:tc>
        <w:tc>
          <w:tcPr>
            <w:tcW w:w="17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0F4F8"/>
            <w:vAlign w:val="center"/>
          </w:tcPr>
          <w:p w14:paraId="0F97482C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학과 / 학년</w:t>
            </w:r>
          </w:p>
        </w:tc>
        <w:tc>
          <w:tcPr>
            <w:tcW w:w="30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B86BF8" w14:textId="77777777" w:rsidR="006D1203" w:rsidRPr="008D5E15" w:rsidRDefault="006D1203" w:rsidP="0096791A">
            <w:pPr>
              <w:jc w:val="center"/>
              <w:rPr>
                <w:rFonts w:eastAsia="맑은 고딕"/>
              </w:rPr>
            </w:pPr>
          </w:p>
        </w:tc>
      </w:tr>
      <w:tr w:rsidR="006D1203" w:rsidRPr="008D5E15" w14:paraId="20256F87" w14:textId="77777777" w:rsidTr="0096791A">
        <w:trPr>
          <w:jc w:val="center"/>
        </w:trPr>
        <w:tc>
          <w:tcPr>
            <w:tcW w:w="17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0F4F8"/>
            <w:vAlign w:val="center"/>
          </w:tcPr>
          <w:p w14:paraId="346DF575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학 번</w:t>
            </w:r>
          </w:p>
        </w:tc>
        <w:tc>
          <w:tcPr>
            <w:tcW w:w="2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96E58B3" w14:textId="77777777" w:rsidR="006D1203" w:rsidRPr="008D5E15" w:rsidRDefault="006D1203" w:rsidP="0096791A">
            <w:pPr>
              <w:jc w:val="center"/>
              <w:rPr>
                <w:rFonts w:eastAsia="맑은 고딕"/>
              </w:rPr>
            </w:pPr>
          </w:p>
        </w:tc>
        <w:tc>
          <w:tcPr>
            <w:tcW w:w="17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0F4F8"/>
            <w:vAlign w:val="center"/>
          </w:tcPr>
          <w:p w14:paraId="194DCB02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재학 여부</w:t>
            </w:r>
          </w:p>
        </w:tc>
        <w:tc>
          <w:tcPr>
            <w:tcW w:w="30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71C87E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sz w:val="19"/>
              </w:rPr>
              <w:t>[  ] 재학생   /   [  ] 휴학생</w:t>
            </w:r>
          </w:p>
        </w:tc>
      </w:tr>
      <w:tr w:rsidR="006D1203" w:rsidRPr="008D5E15" w14:paraId="1E5A077B" w14:textId="77777777" w:rsidTr="0096791A">
        <w:trPr>
          <w:jc w:val="center"/>
        </w:trPr>
        <w:tc>
          <w:tcPr>
            <w:tcW w:w="17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0F4F8"/>
            <w:vAlign w:val="center"/>
          </w:tcPr>
          <w:p w14:paraId="57345B25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연락처 (휴대폰)</w:t>
            </w:r>
          </w:p>
        </w:tc>
        <w:tc>
          <w:tcPr>
            <w:tcW w:w="2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9970C3" w14:textId="77777777" w:rsidR="006D1203" w:rsidRPr="008D5E15" w:rsidRDefault="006D1203" w:rsidP="0096791A">
            <w:pPr>
              <w:jc w:val="center"/>
              <w:rPr>
                <w:rFonts w:eastAsia="맑은 고딕"/>
              </w:rPr>
            </w:pPr>
          </w:p>
        </w:tc>
        <w:tc>
          <w:tcPr>
            <w:tcW w:w="17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0F4F8"/>
            <w:vAlign w:val="center"/>
          </w:tcPr>
          <w:p w14:paraId="2F87A5E8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이메일</w:t>
            </w:r>
          </w:p>
        </w:tc>
        <w:tc>
          <w:tcPr>
            <w:tcW w:w="30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F4908C" w14:textId="77777777" w:rsidR="006D1203" w:rsidRPr="008D5E15" w:rsidRDefault="006D1203" w:rsidP="0096791A">
            <w:pPr>
              <w:jc w:val="center"/>
              <w:rPr>
                <w:rFonts w:eastAsia="맑은 고딕"/>
              </w:rPr>
            </w:pPr>
          </w:p>
        </w:tc>
      </w:tr>
      <w:tr w:rsidR="006D1203" w:rsidRPr="008D5E15" w14:paraId="7B551476" w14:textId="77777777" w:rsidTr="0096791A">
        <w:trPr>
          <w:jc w:val="center"/>
        </w:trPr>
        <w:tc>
          <w:tcPr>
            <w:tcW w:w="17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0F4F8"/>
            <w:vAlign w:val="center"/>
          </w:tcPr>
          <w:p w14:paraId="7EDDAB23" w14:textId="77777777" w:rsidR="006D1203" w:rsidRPr="008D5E15" w:rsidRDefault="00F259A1" w:rsidP="0096791A">
            <w:pPr>
              <w:jc w:val="center"/>
              <w:rPr>
                <w:rFonts w:eastAsia="맑은 고딕"/>
                <w:lang w:eastAsia="ko-KR"/>
              </w:rPr>
            </w:pPr>
            <w:r w:rsidRPr="008D5E15">
              <w:rPr>
                <w:rFonts w:eastAsia="맑은 고딕"/>
                <w:b/>
                <w:color w:val="222222"/>
                <w:sz w:val="19"/>
                <w:lang w:eastAsia="ko-KR"/>
              </w:rPr>
              <w:t>팀원 정보</w:t>
            </w:r>
            <w:r w:rsidRPr="008D5E15">
              <w:rPr>
                <w:rFonts w:eastAsia="맑은 고딕"/>
                <w:b/>
                <w:color w:val="222222"/>
                <w:sz w:val="19"/>
                <w:lang w:eastAsia="ko-KR"/>
              </w:rPr>
              <w:br/>
              <w:t>(팀 참가 시 작성)</w:t>
            </w:r>
          </w:p>
        </w:tc>
        <w:tc>
          <w:tcPr>
            <w:tcW w:w="3024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FB4A10" w14:textId="77777777" w:rsidR="006D1203" w:rsidRPr="008D5E15" w:rsidRDefault="00F259A1">
            <w:pPr>
              <w:rPr>
                <w:rFonts w:eastAsia="맑은 고딕"/>
              </w:rPr>
            </w:pPr>
            <w:r w:rsidRPr="008D5E15">
              <w:rPr>
                <w:rFonts w:eastAsia="맑은 고딕"/>
                <w:sz w:val="19"/>
              </w:rPr>
              <w:t>성명 / 학과 / 학번 / 연락처</w:t>
            </w:r>
            <w:r w:rsidRPr="008D5E15">
              <w:rPr>
                <w:rFonts w:eastAsia="맑은 고딕"/>
                <w:sz w:val="19"/>
              </w:rPr>
              <w:br/>
              <w:t xml:space="preserve">1. </w:t>
            </w:r>
            <w:r w:rsidRPr="008D5E15">
              <w:rPr>
                <w:rFonts w:eastAsia="맑은 고딕"/>
                <w:sz w:val="19"/>
              </w:rPr>
              <w:br/>
              <w:t xml:space="preserve">2. </w:t>
            </w:r>
            <w:r w:rsidRPr="008D5E15">
              <w:rPr>
                <w:rFonts w:eastAsia="맑은 고딕"/>
                <w:sz w:val="19"/>
              </w:rPr>
              <w:br/>
              <w:t xml:space="preserve">3. </w:t>
            </w:r>
          </w:p>
        </w:tc>
      </w:tr>
      <w:tr w:rsidR="006D1203" w:rsidRPr="008D5E15" w14:paraId="16AF617C" w14:textId="77777777" w:rsidTr="0096791A">
        <w:trPr>
          <w:jc w:val="center"/>
        </w:trPr>
        <w:tc>
          <w:tcPr>
            <w:tcW w:w="1728" w:type="dxa"/>
            <w:tcBorders>
              <w:top w:val="single" w:sz="4" w:space="0" w:color="BFBFBF" w:themeColor="background1" w:themeShade="BF"/>
            </w:tcBorders>
          </w:tcPr>
          <w:p w14:paraId="09FEEC1B" w14:textId="77777777" w:rsidR="006D1203" w:rsidRPr="00FD3B9A" w:rsidRDefault="006D1203">
            <w:pPr>
              <w:rPr>
                <w:rFonts w:eastAsia="맑은 고딕"/>
                <w:sz w:val="4"/>
                <w:szCs w:val="4"/>
                <w:lang w:eastAsia="ko-KR"/>
              </w:rPr>
            </w:pPr>
          </w:p>
        </w:tc>
        <w:tc>
          <w:tcPr>
            <w:tcW w:w="2880" w:type="dxa"/>
            <w:tcBorders>
              <w:top w:val="single" w:sz="4" w:space="0" w:color="BFBFBF" w:themeColor="background1" w:themeShade="BF"/>
            </w:tcBorders>
          </w:tcPr>
          <w:p w14:paraId="13B47764" w14:textId="77777777" w:rsidR="006D1203" w:rsidRPr="008D5E15" w:rsidRDefault="006D1203">
            <w:pPr>
              <w:rPr>
                <w:rFonts w:eastAsia="맑은 고딕"/>
              </w:rPr>
            </w:pPr>
          </w:p>
        </w:tc>
        <w:tc>
          <w:tcPr>
            <w:tcW w:w="1728" w:type="dxa"/>
            <w:tcBorders>
              <w:top w:val="single" w:sz="4" w:space="0" w:color="BFBFBF" w:themeColor="background1" w:themeShade="BF"/>
            </w:tcBorders>
          </w:tcPr>
          <w:p w14:paraId="0D54F7EB" w14:textId="77777777" w:rsidR="006D1203" w:rsidRPr="008D5E15" w:rsidRDefault="006D1203">
            <w:pPr>
              <w:rPr>
                <w:rFonts w:eastAsia="맑은 고딕"/>
              </w:rPr>
            </w:pPr>
          </w:p>
        </w:tc>
        <w:tc>
          <w:tcPr>
            <w:tcW w:w="3024" w:type="dxa"/>
            <w:tcBorders>
              <w:top w:val="single" w:sz="4" w:space="0" w:color="BFBFBF" w:themeColor="background1" w:themeShade="BF"/>
            </w:tcBorders>
          </w:tcPr>
          <w:p w14:paraId="0FB7BBE1" w14:textId="77777777" w:rsidR="006D1203" w:rsidRPr="008D5E15" w:rsidRDefault="006D1203">
            <w:pPr>
              <w:rPr>
                <w:rFonts w:eastAsia="맑은 고딕"/>
              </w:rPr>
            </w:pPr>
          </w:p>
        </w:tc>
      </w:tr>
    </w:tbl>
    <w:p w14:paraId="45D41C74" w14:textId="77777777" w:rsidR="006D1203" w:rsidRPr="008D5E15" w:rsidRDefault="00F259A1">
      <w:pPr>
        <w:rPr>
          <w:rFonts w:eastAsia="맑은 고딕"/>
        </w:rPr>
      </w:pPr>
      <w:r w:rsidRPr="008D5E15">
        <w:rPr>
          <w:rFonts w:eastAsia="맑은 고딕"/>
          <w:b/>
          <w:color w:val="0056A6"/>
          <w:sz w:val="24"/>
        </w:rPr>
        <w:t>2. 출품작 정보</w:t>
      </w:r>
    </w:p>
    <w:tbl>
      <w:tblPr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7200"/>
      </w:tblGrid>
      <w:tr w:rsidR="006D1203" w:rsidRPr="008D5E15" w14:paraId="5B1437D9" w14:textId="77777777" w:rsidTr="0096791A">
        <w:trPr>
          <w:jc w:val="center"/>
        </w:trPr>
        <w:tc>
          <w:tcPr>
            <w:tcW w:w="2160" w:type="dxa"/>
            <w:shd w:val="clear" w:color="auto" w:fill="F0F4F8"/>
            <w:vAlign w:val="center"/>
          </w:tcPr>
          <w:p w14:paraId="75545A57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작품 제목</w:t>
            </w:r>
          </w:p>
        </w:tc>
        <w:tc>
          <w:tcPr>
            <w:tcW w:w="7200" w:type="dxa"/>
            <w:vAlign w:val="center"/>
          </w:tcPr>
          <w:p w14:paraId="401AB165" w14:textId="138C4CB8" w:rsidR="0096791A" w:rsidRPr="008D5E15" w:rsidRDefault="0096791A" w:rsidP="0096791A">
            <w:pPr>
              <w:jc w:val="both"/>
              <w:rPr>
                <w:rFonts w:eastAsia="맑은 고딕"/>
                <w:lang w:eastAsia="ko-KR"/>
              </w:rPr>
            </w:pPr>
          </w:p>
        </w:tc>
      </w:tr>
      <w:tr w:rsidR="006D1203" w:rsidRPr="008D5E15" w14:paraId="67C2FB67" w14:textId="77777777" w:rsidTr="0096791A">
        <w:trPr>
          <w:jc w:val="center"/>
        </w:trPr>
        <w:tc>
          <w:tcPr>
            <w:tcW w:w="2160" w:type="dxa"/>
            <w:shd w:val="clear" w:color="auto" w:fill="F0F4F8"/>
            <w:vAlign w:val="center"/>
          </w:tcPr>
          <w:p w14:paraId="5C49819F" w14:textId="77777777" w:rsidR="0096791A" w:rsidRDefault="00F259A1" w:rsidP="0096791A">
            <w:pPr>
              <w:jc w:val="center"/>
              <w:rPr>
                <w:rFonts w:eastAsia="맑은 고딕"/>
                <w:b/>
                <w:color w:val="222222"/>
                <w:sz w:val="19"/>
                <w:lang w:eastAsia="ko-KR"/>
              </w:rPr>
            </w:pPr>
            <w:r w:rsidRPr="008D5E15">
              <w:rPr>
                <w:rFonts w:eastAsia="맑은 고딕"/>
                <w:b/>
                <w:color w:val="222222"/>
                <w:sz w:val="19"/>
                <w:lang w:eastAsia="ko-KR"/>
              </w:rPr>
              <w:t xml:space="preserve">작품 요약 </w:t>
            </w:r>
          </w:p>
          <w:p w14:paraId="31AF569A" w14:textId="2F75FBCC" w:rsidR="006D1203" w:rsidRPr="008D5E15" w:rsidRDefault="00F259A1" w:rsidP="0096791A">
            <w:pPr>
              <w:jc w:val="center"/>
              <w:rPr>
                <w:rFonts w:eastAsia="맑은 고딕"/>
                <w:lang w:eastAsia="ko-KR"/>
              </w:rPr>
            </w:pPr>
            <w:r w:rsidRPr="008D5E15">
              <w:rPr>
                <w:rFonts w:eastAsia="맑은 고딕"/>
                <w:b/>
                <w:color w:val="222222"/>
                <w:sz w:val="19"/>
                <w:lang w:eastAsia="ko-KR"/>
              </w:rPr>
              <w:t>및 기획 의도</w:t>
            </w:r>
            <w:r w:rsidRPr="008D5E15">
              <w:rPr>
                <w:rFonts w:eastAsia="맑은 고딕"/>
                <w:b/>
                <w:color w:val="222222"/>
                <w:sz w:val="19"/>
                <w:lang w:eastAsia="ko-KR"/>
              </w:rPr>
              <w:br/>
              <w:t>(200자 이내)</w:t>
            </w:r>
          </w:p>
        </w:tc>
        <w:tc>
          <w:tcPr>
            <w:tcW w:w="7200" w:type="dxa"/>
            <w:vAlign w:val="center"/>
          </w:tcPr>
          <w:p w14:paraId="5DF2309C" w14:textId="77777777" w:rsidR="0096791A" w:rsidRDefault="0096791A" w:rsidP="0096791A">
            <w:pPr>
              <w:jc w:val="both"/>
              <w:rPr>
                <w:rFonts w:eastAsia="맑은 고딕"/>
                <w:sz w:val="19"/>
                <w:lang w:eastAsia="ko-KR"/>
              </w:rPr>
            </w:pPr>
          </w:p>
          <w:p w14:paraId="3D7F3B95" w14:textId="77777777" w:rsidR="0096791A" w:rsidRDefault="0096791A" w:rsidP="0096791A">
            <w:pPr>
              <w:jc w:val="both"/>
              <w:rPr>
                <w:rFonts w:eastAsia="맑은 고딕"/>
                <w:sz w:val="19"/>
                <w:lang w:eastAsia="ko-KR"/>
              </w:rPr>
            </w:pPr>
          </w:p>
          <w:p w14:paraId="6C8EA297" w14:textId="77777777" w:rsidR="0096791A" w:rsidRDefault="0096791A" w:rsidP="0096791A">
            <w:pPr>
              <w:jc w:val="both"/>
              <w:rPr>
                <w:rFonts w:eastAsia="맑은 고딕"/>
                <w:sz w:val="19"/>
                <w:lang w:eastAsia="ko-KR"/>
              </w:rPr>
            </w:pPr>
          </w:p>
          <w:p w14:paraId="26B794A2" w14:textId="77777777" w:rsidR="0096791A" w:rsidRDefault="0096791A" w:rsidP="0096791A">
            <w:pPr>
              <w:jc w:val="both"/>
              <w:rPr>
                <w:rFonts w:eastAsia="맑은 고딕"/>
                <w:sz w:val="19"/>
                <w:lang w:eastAsia="ko-KR"/>
              </w:rPr>
            </w:pPr>
          </w:p>
          <w:p w14:paraId="2E9A1276" w14:textId="1A87258B" w:rsidR="0096791A" w:rsidRPr="008D5E15" w:rsidRDefault="0096791A" w:rsidP="0096791A">
            <w:pPr>
              <w:jc w:val="both"/>
              <w:rPr>
                <w:rFonts w:eastAsia="맑은 고딕"/>
                <w:lang w:eastAsia="ko-KR"/>
              </w:rPr>
            </w:pPr>
          </w:p>
        </w:tc>
      </w:tr>
      <w:tr w:rsidR="00D4426D" w:rsidRPr="008D5E15" w14:paraId="643F762E" w14:textId="77777777" w:rsidTr="0096791A">
        <w:trPr>
          <w:jc w:val="center"/>
        </w:trPr>
        <w:tc>
          <w:tcPr>
            <w:tcW w:w="2160" w:type="dxa"/>
            <w:shd w:val="clear" w:color="auto" w:fill="F0F4F8"/>
            <w:vAlign w:val="center"/>
          </w:tcPr>
          <w:p w14:paraId="324D7773" w14:textId="5BE09B59" w:rsidR="00D4426D" w:rsidRPr="008D5E15" w:rsidRDefault="00D4426D" w:rsidP="0096791A">
            <w:pPr>
              <w:jc w:val="center"/>
              <w:rPr>
                <w:rFonts w:eastAsia="맑은 고딕"/>
                <w:b/>
                <w:color w:val="222222"/>
                <w:sz w:val="19"/>
              </w:rPr>
            </w:pPr>
            <w:r w:rsidRPr="00D4426D">
              <w:rPr>
                <w:rFonts w:eastAsia="맑은 고딕"/>
                <w:b/>
                <w:color w:val="222222"/>
                <w:sz w:val="19"/>
              </w:rPr>
              <w:t>생성형 AI 활용 여부</w:t>
            </w:r>
          </w:p>
        </w:tc>
        <w:tc>
          <w:tcPr>
            <w:tcW w:w="7200" w:type="dxa"/>
            <w:vAlign w:val="center"/>
          </w:tcPr>
          <w:p w14:paraId="60EC4C7E" w14:textId="4D637A76" w:rsidR="00D4426D" w:rsidRPr="008D5E15" w:rsidRDefault="00D4426D" w:rsidP="0039488F">
            <w:pPr>
              <w:jc w:val="center"/>
              <w:rPr>
                <w:rFonts w:eastAsia="맑은 고딕"/>
                <w:sz w:val="19"/>
                <w:lang w:eastAsia="ko-KR"/>
              </w:rPr>
            </w:pPr>
            <w:r w:rsidRPr="00D4426D">
              <w:rPr>
                <w:rFonts w:eastAsia="맑은 고딕"/>
                <w:sz w:val="19"/>
                <w:lang w:eastAsia="ko-KR"/>
              </w:rPr>
              <w:t xml:space="preserve">[ ] 미사용      [ ] 사용 </w:t>
            </w:r>
            <w:r w:rsidRPr="0039488F">
              <w:rPr>
                <w:rFonts w:eastAsia="맑은 고딕"/>
                <w:sz w:val="19"/>
                <w:lang w:eastAsia="ko-KR"/>
              </w:rPr>
              <w:t>(사용 시 도구명 및 활용 범위 기재)</w:t>
            </w:r>
          </w:p>
        </w:tc>
      </w:tr>
      <w:tr w:rsidR="006D1203" w:rsidRPr="008D5E15" w14:paraId="29139214" w14:textId="77777777" w:rsidTr="0096791A">
        <w:trPr>
          <w:jc w:val="center"/>
        </w:trPr>
        <w:tc>
          <w:tcPr>
            <w:tcW w:w="2160" w:type="dxa"/>
            <w:shd w:val="clear" w:color="auto" w:fill="F0F4F8"/>
            <w:vAlign w:val="center"/>
          </w:tcPr>
          <w:p w14:paraId="3E3383A6" w14:textId="77777777" w:rsidR="006D1203" w:rsidRPr="008D5E15" w:rsidRDefault="00F259A1" w:rsidP="0096791A">
            <w:pPr>
              <w:jc w:val="center"/>
              <w:rPr>
                <w:rFonts w:eastAsia="맑은 고딕"/>
              </w:rPr>
            </w:pPr>
            <w:r w:rsidRPr="008D5E15">
              <w:rPr>
                <w:rFonts w:eastAsia="맑은 고딕"/>
                <w:b/>
                <w:color w:val="222222"/>
                <w:sz w:val="19"/>
              </w:rPr>
              <w:t>제출 파일명</w:t>
            </w:r>
          </w:p>
        </w:tc>
        <w:tc>
          <w:tcPr>
            <w:tcW w:w="7200" w:type="dxa"/>
            <w:vAlign w:val="center"/>
          </w:tcPr>
          <w:p w14:paraId="594E39FD" w14:textId="755D850D" w:rsidR="006D1203" w:rsidRPr="008D5E15" w:rsidRDefault="00F259A1" w:rsidP="0096791A">
            <w:pPr>
              <w:jc w:val="center"/>
              <w:rPr>
                <w:rFonts w:eastAsia="맑은 고딕"/>
                <w:lang w:eastAsia="ko-KR"/>
              </w:rPr>
            </w:pPr>
            <w:r w:rsidRPr="008D5E15">
              <w:rPr>
                <w:rFonts w:eastAsia="맑은 고딕"/>
                <w:sz w:val="19"/>
                <w:lang w:eastAsia="ko-KR"/>
              </w:rPr>
              <w:t>[학과입덕전] 학과명_대표자성명_작품제목</w:t>
            </w:r>
          </w:p>
        </w:tc>
      </w:tr>
    </w:tbl>
    <w:p w14:paraId="1A4E02BD" w14:textId="77777777" w:rsidR="00D83572" w:rsidRPr="00D83572" w:rsidRDefault="00D83572">
      <w:pPr>
        <w:rPr>
          <w:rFonts w:eastAsia="맑은 고딕"/>
          <w:sz w:val="12"/>
          <w:szCs w:val="14"/>
          <w:lang w:eastAsia="ko-KR"/>
        </w:rPr>
      </w:pPr>
    </w:p>
    <w:p w14:paraId="667BEAAA" w14:textId="77ABF11E" w:rsidR="006D1203" w:rsidRPr="008D5E15" w:rsidRDefault="00F259A1">
      <w:pPr>
        <w:rPr>
          <w:rFonts w:eastAsia="맑은 고딕"/>
          <w:lang w:eastAsia="ko-KR"/>
        </w:rPr>
      </w:pPr>
      <w:r w:rsidRPr="008D5E15">
        <w:rPr>
          <w:rFonts w:eastAsia="맑은 고딕"/>
          <w:b/>
          <w:color w:val="0056A6"/>
          <w:sz w:val="24"/>
          <w:lang w:eastAsia="ko-KR"/>
        </w:rPr>
        <w:t>3. 개인정보 수집·이용 동의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6D1203" w:rsidRPr="008D5E15" w14:paraId="372E5E0A" w14:textId="77777777">
        <w:trPr>
          <w:jc w:val="center"/>
        </w:trPr>
        <w:tc>
          <w:tcPr>
            <w:tcW w:w="9360" w:type="dxa"/>
            <w:shd w:val="clear" w:color="auto" w:fill="FAFAFA"/>
          </w:tcPr>
          <w:p w14:paraId="3AE67BF6" w14:textId="77777777" w:rsidR="006D1203" w:rsidRPr="008D5E15" w:rsidRDefault="00F259A1">
            <w:pPr>
              <w:rPr>
                <w:rFonts w:eastAsia="맑은 고딕"/>
                <w:lang w:eastAsia="ko-KR"/>
              </w:rPr>
            </w:pPr>
            <w:r w:rsidRPr="008D5E15">
              <w:rPr>
                <w:rFonts w:eastAsia="맑은 고딕"/>
                <w:color w:val="555555"/>
                <w:sz w:val="17"/>
                <w:lang w:eastAsia="ko-KR"/>
              </w:rPr>
              <w:t>• 수집·이용 목적: 공모전 접수, 본인 확인, 심사, 결과 발표, 상금/상품 지급 및 안내</w:t>
            </w:r>
            <w:r w:rsidRPr="008D5E15">
              <w:rPr>
                <w:rFonts w:eastAsia="맑은 고딕"/>
                <w:color w:val="555555"/>
                <w:sz w:val="17"/>
                <w:lang w:eastAsia="ko-KR"/>
              </w:rPr>
              <w:br/>
              <w:t>• 수집 항목: 성명, 학과, 학번, 학년, 연락처, 이메일</w:t>
            </w:r>
            <w:r w:rsidRPr="008D5E15">
              <w:rPr>
                <w:rFonts w:eastAsia="맑은 고딕"/>
                <w:color w:val="555555"/>
                <w:sz w:val="17"/>
                <w:lang w:eastAsia="ko-KR"/>
              </w:rPr>
              <w:br/>
              <w:t>• 보유 및 이용 기간: 공모전 종료 및 시상 완료 후 3개월 이내 파기</w:t>
            </w:r>
            <w:r w:rsidRPr="008D5E15">
              <w:rPr>
                <w:rFonts w:eastAsia="맑은 고딕"/>
                <w:color w:val="555555"/>
                <w:sz w:val="17"/>
                <w:lang w:eastAsia="ko-KR"/>
              </w:rPr>
              <w:br/>
              <w:t>※ 귀하는 개인정보 수집·이용에 동의하지 않을 권리가 있으나, 미동의 시 공모전 참가가 제한될 수 있습니다.</w:t>
            </w:r>
          </w:p>
        </w:tc>
      </w:tr>
    </w:tbl>
    <w:p w14:paraId="4147D768" w14:textId="0AC0A1FC" w:rsidR="006D1203" w:rsidRDefault="00F259A1" w:rsidP="00D83572">
      <w:pPr>
        <w:jc w:val="right"/>
        <w:rPr>
          <w:rFonts w:eastAsia="맑은 고딕"/>
          <w:b/>
          <w:lang w:eastAsia="ko-KR"/>
        </w:rPr>
      </w:pPr>
      <w:r w:rsidRPr="008D5E15">
        <w:rPr>
          <w:rFonts w:eastAsia="맑은 고딕"/>
          <w:b/>
          <w:sz w:val="19"/>
          <w:lang w:eastAsia="ko-KR"/>
        </w:rPr>
        <w:t>위와 같이 개인정보를 수집·이용하는 데 동의하십니까?   [  ] 동의함   [  ] 동의하지 않음</w:t>
      </w:r>
    </w:p>
    <w:p w14:paraId="44DF728B" w14:textId="77777777" w:rsidR="00D83572" w:rsidRPr="00D83572" w:rsidRDefault="00D83572" w:rsidP="00D83572">
      <w:pPr>
        <w:jc w:val="right"/>
        <w:rPr>
          <w:rFonts w:eastAsia="맑은 고딕"/>
          <w:sz w:val="12"/>
          <w:szCs w:val="14"/>
          <w:lang w:eastAsia="ko-KR"/>
        </w:rPr>
      </w:pPr>
    </w:p>
    <w:p w14:paraId="5F2375E4" w14:textId="77777777" w:rsidR="00D83572" w:rsidRDefault="00F259A1">
      <w:pPr>
        <w:jc w:val="center"/>
        <w:rPr>
          <w:rFonts w:eastAsia="맑은 고딕"/>
          <w:sz w:val="22"/>
          <w:lang w:eastAsia="ko-KR"/>
        </w:rPr>
      </w:pPr>
      <w:r w:rsidRPr="008D5E15">
        <w:rPr>
          <w:rFonts w:eastAsia="맑은 고딕"/>
          <w:sz w:val="22"/>
          <w:lang w:eastAsia="ko-KR"/>
        </w:rPr>
        <w:t>상기 내용과 같이 &lt;우리과 특! 학과 입덕전!&gt; 공모전에 참가를 신청합니다.</w:t>
      </w:r>
    </w:p>
    <w:p w14:paraId="69D5C7AF" w14:textId="77777777" w:rsidR="00CD33D3" w:rsidRPr="00CD33D3" w:rsidRDefault="00CD33D3">
      <w:pPr>
        <w:jc w:val="center"/>
        <w:rPr>
          <w:rFonts w:eastAsia="맑은 고딕"/>
          <w:sz w:val="12"/>
          <w:szCs w:val="12"/>
          <w:lang w:eastAsia="ko-KR"/>
        </w:rPr>
      </w:pPr>
    </w:p>
    <w:p w14:paraId="2F56A55E" w14:textId="77777777" w:rsidR="00C55856" w:rsidRDefault="00F259A1">
      <w:pPr>
        <w:jc w:val="center"/>
        <w:rPr>
          <w:rFonts w:eastAsia="맑은 고딕"/>
          <w:sz w:val="22"/>
          <w:lang w:eastAsia="ko-KR"/>
        </w:rPr>
      </w:pPr>
      <w:r w:rsidRPr="008D5E15">
        <w:rPr>
          <w:rFonts w:eastAsia="맑은 고딕"/>
          <w:sz w:val="22"/>
          <w:lang w:eastAsia="ko-KR"/>
        </w:rPr>
        <w:t>2026년      월      일</w:t>
      </w:r>
    </w:p>
    <w:p w14:paraId="7C1F7C88" w14:textId="4666698B" w:rsidR="006D1203" w:rsidRPr="008D5E15" w:rsidRDefault="00F259A1" w:rsidP="009F1953">
      <w:pPr>
        <w:jc w:val="right"/>
        <w:rPr>
          <w:rFonts w:eastAsia="맑은 고딕"/>
          <w:lang w:eastAsia="ko-KR"/>
        </w:rPr>
      </w:pPr>
      <w:r w:rsidRPr="00C55856">
        <w:rPr>
          <w:rFonts w:eastAsia="맑은 고딕"/>
          <w:sz w:val="10"/>
          <w:szCs w:val="10"/>
          <w:lang w:eastAsia="ko-KR"/>
        </w:rPr>
        <w:br/>
      </w:r>
      <w:r w:rsidRPr="008D5E15">
        <w:rPr>
          <w:rFonts w:eastAsia="맑은 고딕"/>
          <w:b/>
          <w:sz w:val="22"/>
          <w:lang w:eastAsia="ko-KR"/>
        </w:rPr>
        <w:t>대표자</w:t>
      </w:r>
      <w:r w:rsidR="004A0585">
        <w:rPr>
          <w:rFonts w:eastAsia="맑은 고딕" w:hint="eastAsia"/>
          <w:b/>
          <w:sz w:val="22"/>
          <w:lang w:eastAsia="ko-KR"/>
        </w:rPr>
        <w:t>(신청자</w:t>
      </w:r>
      <w:r w:rsidRPr="008D5E15">
        <w:rPr>
          <w:rFonts w:eastAsia="맑은 고딕"/>
          <w:b/>
          <w:sz w:val="22"/>
          <w:lang w:eastAsia="ko-KR"/>
        </w:rPr>
        <w:t>) 성명 :                       (서명 또는 인)</w:t>
      </w:r>
    </w:p>
    <w:sectPr w:rsidR="006D1203" w:rsidRPr="008D5E1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1E902" w14:textId="77777777" w:rsidR="00BD639F" w:rsidRDefault="00BD639F" w:rsidP="00D83572">
      <w:pPr>
        <w:spacing w:line="240" w:lineRule="auto"/>
      </w:pPr>
      <w:r>
        <w:separator/>
      </w:r>
    </w:p>
  </w:endnote>
  <w:endnote w:type="continuationSeparator" w:id="0">
    <w:p w14:paraId="68A7D96D" w14:textId="77777777" w:rsidR="00BD639F" w:rsidRDefault="00BD639F" w:rsidP="00D835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E17C2" w14:textId="77777777" w:rsidR="004B0F0A" w:rsidRDefault="004B0F0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E44DB" w14:textId="1568BB07" w:rsidR="00D83572" w:rsidRPr="00D83572" w:rsidRDefault="00D83572" w:rsidP="00D83572">
    <w:pPr>
      <w:jc w:val="center"/>
      <w:rPr>
        <w:rFonts w:eastAsia="맑은 고딕"/>
        <w:lang w:eastAsia="ko-KR"/>
      </w:rPr>
    </w:pPr>
    <w:r w:rsidRPr="008D5E15">
      <w:rPr>
        <w:rFonts w:eastAsia="맑은 고딕"/>
        <w:b/>
        <w:color w:val="0056A6"/>
        <w:sz w:val="26"/>
        <w:lang w:eastAsia="ko-KR"/>
      </w:rPr>
      <w:t xml:space="preserve">호서대학교 </w:t>
    </w:r>
    <w:r w:rsidR="004B0F0A">
      <w:rPr>
        <w:rFonts w:eastAsia="맑은 고딕" w:hint="eastAsia"/>
        <w:b/>
        <w:color w:val="0056A6"/>
        <w:sz w:val="26"/>
        <w:lang w:eastAsia="ko-KR"/>
      </w:rPr>
      <w:t>대외협력</w:t>
    </w:r>
    <w:r w:rsidRPr="008D5E15">
      <w:rPr>
        <w:rFonts w:eastAsia="맑은 고딕"/>
        <w:b/>
        <w:color w:val="0056A6"/>
        <w:sz w:val="26"/>
        <w:lang w:eastAsia="ko-KR"/>
      </w:rPr>
      <w:t>홍보팀 귀중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5A5C9" w14:textId="77777777" w:rsidR="004B0F0A" w:rsidRDefault="004B0F0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BBB2B" w14:textId="77777777" w:rsidR="00BD639F" w:rsidRDefault="00BD639F" w:rsidP="00D83572">
      <w:pPr>
        <w:spacing w:line="240" w:lineRule="auto"/>
      </w:pPr>
      <w:r>
        <w:separator/>
      </w:r>
    </w:p>
  </w:footnote>
  <w:footnote w:type="continuationSeparator" w:id="0">
    <w:p w14:paraId="2075D6F0" w14:textId="77777777" w:rsidR="00BD639F" w:rsidRDefault="00BD639F" w:rsidP="00D835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FA3BF" w14:textId="77777777" w:rsidR="004B0F0A" w:rsidRDefault="004B0F0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C347E" w14:textId="77777777" w:rsidR="004B0F0A" w:rsidRDefault="004B0F0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E1614" w14:textId="77777777" w:rsidR="004B0F0A" w:rsidRDefault="004B0F0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04150875">
    <w:abstractNumId w:val="8"/>
  </w:num>
  <w:num w:numId="2" w16cid:durableId="844366554">
    <w:abstractNumId w:val="6"/>
  </w:num>
  <w:num w:numId="3" w16cid:durableId="98185043">
    <w:abstractNumId w:val="5"/>
  </w:num>
  <w:num w:numId="4" w16cid:durableId="2130513672">
    <w:abstractNumId w:val="4"/>
  </w:num>
  <w:num w:numId="5" w16cid:durableId="1340346593">
    <w:abstractNumId w:val="7"/>
  </w:num>
  <w:num w:numId="6" w16cid:durableId="1236477427">
    <w:abstractNumId w:val="3"/>
  </w:num>
  <w:num w:numId="7" w16cid:durableId="1668628630">
    <w:abstractNumId w:val="2"/>
  </w:num>
  <w:num w:numId="8" w16cid:durableId="291401509">
    <w:abstractNumId w:val="1"/>
  </w:num>
  <w:num w:numId="9" w16cid:durableId="53284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2B06"/>
    <w:rsid w:val="000F003D"/>
    <w:rsid w:val="0015074B"/>
    <w:rsid w:val="001C472B"/>
    <w:rsid w:val="0029639D"/>
    <w:rsid w:val="00306659"/>
    <w:rsid w:val="003073A8"/>
    <w:rsid w:val="00326F90"/>
    <w:rsid w:val="00351E9F"/>
    <w:rsid w:val="0039488F"/>
    <w:rsid w:val="00403C39"/>
    <w:rsid w:val="00432F0F"/>
    <w:rsid w:val="004A0585"/>
    <w:rsid w:val="004B0F0A"/>
    <w:rsid w:val="0050753E"/>
    <w:rsid w:val="00524FF3"/>
    <w:rsid w:val="006D1203"/>
    <w:rsid w:val="00767B16"/>
    <w:rsid w:val="00897FBC"/>
    <w:rsid w:val="008D5E15"/>
    <w:rsid w:val="0096791A"/>
    <w:rsid w:val="009F1953"/>
    <w:rsid w:val="00AA1D8D"/>
    <w:rsid w:val="00AD2F2A"/>
    <w:rsid w:val="00AE5754"/>
    <w:rsid w:val="00B47730"/>
    <w:rsid w:val="00BD639F"/>
    <w:rsid w:val="00C55856"/>
    <w:rsid w:val="00CB0664"/>
    <w:rsid w:val="00CD33D3"/>
    <w:rsid w:val="00D4426D"/>
    <w:rsid w:val="00D83572"/>
    <w:rsid w:val="00DA08E0"/>
    <w:rsid w:val="00F259A1"/>
    <w:rsid w:val="00FC693F"/>
    <w:rsid w:val="00FD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A91DEB"/>
  <w14:defaultImageDpi w14:val="300"/>
  <w15:docId w15:val="{2C01E852-4930-432F-9E62-48A7FAF9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hAnsi="맑은 고딕"/>
      <w:color w:val="333333"/>
      <w:sz w:val="20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황 효</cp:lastModifiedBy>
  <cp:revision>18</cp:revision>
  <dcterms:created xsi:type="dcterms:W3CDTF">2013-12-23T23:15:00Z</dcterms:created>
  <dcterms:modified xsi:type="dcterms:W3CDTF">2026-09-08T08:01:00Z</dcterms:modified>
  <cp:category/>
</cp:coreProperties>
</file>